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0FF6" w14:textId="77777777" w:rsidR="00544A88" w:rsidRPr="0005146E" w:rsidRDefault="007618B0">
      <w:pPr>
        <w:jc w:val="center"/>
        <w:rPr>
          <w:rFonts w:ascii="Open Sans" w:hAnsi="Open Sans" w:cs="Open Sans"/>
          <w:b/>
          <w:sz w:val="22"/>
        </w:rPr>
      </w:pPr>
      <w:r w:rsidRPr="0005146E">
        <w:rPr>
          <w:rFonts w:ascii="Open Sans" w:hAnsi="Open Sans" w:cs="Open Sans"/>
          <w:b/>
          <w:sz w:val="22"/>
        </w:rPr>
        <w:t>ZAŁĄCZNIK NR 1 DO REGULAMINU</w:t>
      </w:r>
    </w:p>
    <w:p w14:paraId="429F27BC" w14:textId="383BF467" w:rsidR="00544A88" w:rsidRPr="0005146E" w:rsidRDefault="007618B0" w:rsidP="000015AD">
      <w:pPr>
        <w:jc w:val="center"/>
        <w:rPr>
          <w:rFonts w:ascii="Open Sans" w:hAnsi="Open Sans" w:cs="Open Sans"/>
          <w:b/>
          <w:sz w:val="22"/>
        </w:rPr>
      </w:pPr>
      <w:r w:rsidRPr="0005146E">
        <w:rPr>
          <w:rFonts w:ascii="Open Sans" w:hAnsi="Open Sans" w:cs="Open Sans"/>
          <w:b/>
          <w:sz w:val="22"/>
        </w:rPr>
        <w:t>FORMULARZ ZGŁOSZENIOWY DO KONKURS</w:t>
      </w:r>
      <w:r w:rsidR="006562E6" w:rsidRPr="0005146E">
        <w:rPr>
          <w:rFonts w:ascii="Open Sans" w:hAnsi="Open Sans" w:cs="Open Sans"/>
          <w:b/>
          <w:sz w:val="22"/>
        </w:rPr>
        <w:t>U</w:t>
      </w:r>
    </w:p>
    <w:p w14:paraId="53BAC140" w14:textId="77777777" w:rsidR="006562E6" w:rsidRPr="0005146E" w:rsidRDefault="006562E6" w:rsidP="006562E6">
      <w:pPr>
        <w:spacing w:before="160"/>
        <w:jc w:val="center"/>
        <w:rPr>
          <w:rFonts w:ascii="Open Sans" w:hAnsi="Open Sans" w:cs="Open Sans"/>
          <w:sz w:val="22"/>
        </w:rPr>
      </w:pPr>
      <w:r w:rsidRPr="0005146E">
        <w:rPr>
          <w:rFonts w:ascii="Open Sans" w:hAnsi="Open Sans" w:cs="Open Sans"/>
          <w:b/>
          <w:sz w:val="22"/>
        </w:rPr>
        <w:t>„</w:t>
      </w:r>
      <w:proofErr w:type="spellStart"/>
      <w:r w:rsidRPr="0005146E">
        <w:rPr>
          <w:rFonts w:ascii="Open Sans" w:hAnsi="Open Sans" w:cs="Open Sans"/>
          <w:b/>
          <w:sz w:val="22"/>
        </w:rPr>
        <w:t>Utkaj</w:t>
      </w:r>
      <w:proofErr w:type="spellEnd"/>
      <w:r w:rsidRPr="0005146E">
        <w:rPr>
          <w:rFonts w:ascii="Open Sans" w:hAnsi="Open Sans" w:cs="Open Sans"/>
          <w:b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/>
          <w:sz w:val="22"/>
        </w:rPr>
        <w:t>przyszłość</w:t>
      </w:r>
      <w:proofErr w:type="spellEnd"/>
      <w:r w:rsidRPr="0005146E">
        <w:rPr>
          <w:rFonts w:ascii="Open Sans" w:hAnsi="Open Sans" w:cs="Open Sans"/>
          <w:b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/>
          <w:sz w:val="22"/>
        </w:rPr>
        <w:t>swojego</w:t>
      </w:r>
      <w:proofErr w:type="spellEnd"/>
      <w:r w:rsidRPr="0005146E">
        <w:rPr>
          <w:rFonts w:ascii="Open Sans" w:hAnsi="Open Sans" w:cs="Open Sans"/>
          <w:b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/>
          <w:sz w:val="22"/>
        </w:rPr>
        <w:t>miasta</w:t>
      </w:r>
      <w:proofErr w:type="spellEnd"/>
      <w:r w:rsidRPr="0005146E">
        <w:rPr>
          <w:rFonts w:ascii="Open Sans" w:hAnsi="Open Sans" w:cs="Open Sans"/>
          <w:b/>
          <w:sz w:val="22"/>
        </w:rPr>
        <w:t xml:space="preserve"> – </w:t>
      </w:r>
      <w:proofErr w:type="spellStart"/>
      <w:r w:rsidRPr="0005146E">
        <w:rPr>
          <w:rFonts w:ascii="Open Sans" w:hAnsi="Open Sans" w:cs="Open Sans"/>
          <w:b/>
          <w:sz w:val="22"/>
        </w:rPr>
        <w:t>Zielony</w:t>
      </w:r>
      <w:proofErr w:type="spellEnd"/>
      <w:r w:rsidRPr="0005146E">
        <w:rPr>
          <w:rFonts w:ascii="Open Sans" w:hAnsi="Open Sans" w:cs="Open Sans"/>
          <w:b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/>
          <w:sz w:val="22"/>
        </w:rPr>
        <w:t>Aleksandrów</w:t>
      </w:r>
      <w:proofErr w:type="spellEnd"/>
      <w:r w:rsidRPr="0005146E">
        <w:rPr>
          <w:rFonts w:ascii="Open Sans" w:hAnsi="Open Sans" w:cs="Open Sans"/>
          <w:b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/>
          <w:sz w:val="22"/>
        </w:rPr>
        <w:t>Łódzki</w:t>
      </w:r>
      <w:proofErr w:type="spellEnd"/>
      <w:r w:rsidRPr="0005146E">
        <w:rPr>
          <w:rFonts w:ascii="Open Sans" w:hAnsi="Open Sans" w:cs="Open Sans"/>
          <w:b/>
          <w:sz w:val="22"/>
        </w:rPr>
        <w:t>”</w:t>
      </w:r>
    </w:p>
    <w:p w14:paraId="766D2B18" w14:textId="77777777" w:rsidR="00544A88" w:rsidRPr="0005146E" w:rsidRDefault="007618B0">
      <w:pPr>
        <w:pStyle w:val="SectionHead"/>
        <w:rPr>
          <w:rFonts w:ascii="Open Sans" w:hAnsi="Open Sans" w:cs="Open Sans"/>
        </w:rPr>
      </w:pPr>
      <w:r w:rsidRPr="0005146E">
        <w:rPr>
          <w:rFonts w:ascii="Open Sans" w:hAnsi="Open Sans" w:cs="Open Sans"/>
        </w:rPr>
        <w:t>I. DANE UCZESTNIKA</w:t>
      </w:r>
    </w:p>
    <w:p w14:paraId="551B1FF1" w14:textId="604D6F71" w:rsidR="00544A8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proofErr w:type="spellStart"/>
      <w:r w:rsidRPr="0005146E">
        <w:rPr>
          <w:rFonts w:ascii="Open Sans" w:hAnsi="Open Sans" w:cs="Open Sans"/>
          <w:bCs/>
          <w:sz w:val="22"/>
        </w:rPr>
        <w:t>Imię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i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nazwisko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D04AC2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</w:t>
      </w:r>
      <w:r w:rsidR="00A33D98" w:rsidRPr="0005146E">
        <w:rPr>
          <w:rFonts w:ascii="Open Sans" w:hAnsi="Open Sans" w:cs="Open Sans"/>
          <w:bCs/>
          <w:sz w:val="22"/>
        </w:rPr>
        <w:t>……………</w:t>
      </w:r>
    </w:p>
    <w:p w14:paraId="492569E0" w14:textId="15B93824" w:rsidR="00D04AC2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Wiek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3D8F3408" w14:textId="73D3F2CF" w:rsidR="00544A88" w:rsidRPr="0005146E" w:rsidRDefault="006562E6">
      <w:pPr>
        <w:spacing w:after="4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sz w:val="22"/>
        </w:rPr>
        <w:t xml:space="preserve">Nazwa </w:t>
      </w:r>
      <w:proofErr w:type="spellStart"/>
      <w:r w:rsidRPr="0005146E">
        <w:rPr>
          <w:rFonts w:ascii="Open Sans" w:hAnsi="Open Sans" w:cs="Open Sans"/>
          <w:sz w:val="22"/>
        </w:rPr>
        <w:t>szkoły</w:t>
      </w:r>
      <w:proofErr w:type="spellEnd"/>
      <w:r w:rsidRPr="0005146E">
        <w:rPr>
          <w:rFonts w:ascii="Open Sans" w:hAnsi="Open Sans" w:cs="Open Sans"/>
          <w:sz w:val="22"/>
        </w:rPr>
        <w:t xml:space="preserve"> (</w:t>
      </w:r>
      <w:proofErr w:type="spellStart"/>
      <w:r w:rsidRPr="0005146E">
        <w:rPr>
          <w:rFonts w:ascii="Open Sans" w:hAnsi="Open Sans" w:cs="Open Sans"/>
          <w:sz w:val="22"/>
        </w:rPr>
        <w:t>jeżeli</w:t>
      </w:r>
      <w:proofErr w:type="spellEnd"/>
      <w:r w:rsidRPr="0005146E">
        <w:rPr>
          <w:rFonts w:ascii="Open Sans" w:hAnsi="Open Sans" w:cs="Open Sans"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sz w:val="22"/>
        </w:rPr>
        <w:t>dotyczy</w:t>
      </w:r>
      <w:proofErr w:type="spellEnd"/>
      <w:r w:rsidRPr="0005146E">
        <w:rPr>
          <w:rFonts w:ascii="Open Sans" w:hAnsi="Open Sans" w:cs="Open Sans"/>
          <w:sz w:val="22"/>
        </w:rPr>
        <w:t>):</w:t>
      </w:r>
      <w:r w:rsidR="007618B0"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47547D77" w14:textId="5CA27700" w:rsidR="00544A88" w:rsidRPr="0005146E" w:rsidRDefault="007618B0">
      <w:pPr>
        <w:pStyle w:val="SectionHead"/>
        <w:rPr>
          <w:rFonts w:ascii="Open Sans" w:hAnsi="Open Sans" w:cs="Open Sans"/>
          <w:b w:val="0"/>
          <w:bCs/>
        </w:rPr>
      </w:pPr>
      <w:r w:rsidRPr="0005146E">
        <w:rPr>
          <w:rFonts w:ascii="Open Sans" w:hAnsi="Open Sans" w:cs="Open Sans"/>
        </w:rPr>
        <w:t>II. DANE DOTYCZĄCE PRACY KONKURSOWEJ</w:t>
      </w:r>
    </w:p>
    <w:p w14:paraId="0F5E1094" w14:textId="68E303A5" w:rsidR="00544A8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proofErr w:type="spellStart"/>
      <w:r w:rsidRPr="0005146E">
        <w:rPr>
          <w:rFonts w:ascii="Open Sans" w:hAnsi="Open Sans" w:cs="Open Sans"/>
          <w:bCs/>
          <w:sz w:val="22"/>
        </w:rPr>
        <w:t>Tytuł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pracy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1A675FF1" w14:textId="62DF12EE" w:rsidR="00544A88" w:rsidRPr="0005146E" w:rsidRDefault="006562E6">
      <w:pPr>
        <w:pStyle w:val="SectionHead"/>
        <w:rPr>
          <w:rFonts w:ascii="Open Sans" w:hAnsi="Open Sans" w:cs="Open Sans"/>
        </w:rPr>
      </w:pPr>
      <w:r w:rsidRPr="0005146E">
        <w:rPr>
          <w:rFonts w:ascii="Open Sans" w:hAnsi="Open Sans" w:cs="Open Sans"/>
        </w:rPr>
        <w:t>III</w:t>
      </w:r>
      <w:r w:rsidR="007618B0" w:rsidRPr="0005146E">
        <w:rPr>
          <w:rFonts w:ascii="Open Sans" w:hAnsi="Open Sans" w:cs="Open Sans"/>
        </w:rPr>
        <w:t>. DANE OSOBY DOKONUJĄCEJ ZGŁOSZENIA</w:t>
      </w:r>
    </w:p>
    <w:p w14:paraId="0AD86FAE" w14:textId="77777777" w:rsidR="00544A88" w:rsidRPr="0005146E" w:rsidRDefault="007618B0">
      <w:pPr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rodzic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/ </w:t>
      </w:r>
      <w:proofErr w:type="spellStart"/>
      <w:r w:rsidRPr="0005146E">
        <w:rPr>
          <w:rFonts w:ascii="Open Sans" w:hAnsi="Open Sans" w:cs="Open Sans"/>
          <w:bCs/>
          <w:sz w:val="22"/>
        </w:rPr>
        <w:t>opiekun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prawny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niepełnoletniego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    </w:t>
      </w: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pełnoletni</w:t>
      </w:r>
      <w:proofErr w:type="spellEnd"/>
    </w:p>
    <w:p w14:paraId="2C41127F" w14:textId="680FB9B0" w:rsidR="00544A8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proofErr w:type="spellStart"/>
      <w:r w:rsidRPr="0005146E">
        <w:rPr>
          <w:rFonts w:ascii="Open Sans" w:hAnsi="Open Sans" w:cs="Open Sans"/>
          <w:bCs/>
          <w:sz w:val="22"/>
        </w:rPr>
        <w:t>Imię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i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nazwisko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576F5306" w14:textId="3E539298" w:rsidR="00544A8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proofErr w:type="spellStart"/>
      <w:r w:rsidRPr="0005146E">
        <w:rPr>
          <w:rFonts w:ascii="Open Sans" w:hAnsi="Open Sans" w:cs="Open Sans"/>
          <w:bCs/>
          <w:sz w:val="22"/>
        </w:rPr>
        <w:t>Numer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telefonu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4E76E8A7" w14:textId="272B9C26" w:rsidR="00D04AC2" w:rsidRPr="0005146E" w:rsidRDefault="007618B0" w:rsidP="000015AD">
      <w:pPr>
        <w:spacing w:after="4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>Adres e-mail: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3EF62893" w14:textId="22E63172" w:rsidR="00544A88" w:rsidRPr="0005146E" w:rsidRDefault="006562E6">
      <w:pPr>
        <w:pStyle w:val="SectionHead"/>
        <w:rPr>
          <w:rFonts w:ascii="Open Sans" w:hAnsi="Open Sans" w:cs="Open Sans"/>
        </w:rPr>
      </w:pPr>
      <w:r w:rsidRPr="0005146E">
        <w:rPr>
          <w:rFonts w:ascii="Open Sans" w:hAnsi="Open Sans" w:cs="Open Sans"/>
        </w:rPr>
        <w:t>I</w:t>
      </w:r>
      <w:r w:rsidR="007618B0" w:rsidRPr="0005146E">
        <w:rPr>
          <w:rFonts w:ascii="Open Sans" w:hAnsi="Open Sans" w:cs="Open Sans"/>
        </w:rPr>
        <w:t>V. OŚWIADCZENIA I ZGODY</w:t>
      </w:r>
    </w:p>
    <w:p w14:paraId="047F53F7" w14:textId="77777777" w:rsidR="00544A88" w:rsidRPr="0005146E" w:rsidRDefault="007618B0">
      <w:pPr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Ja, </w:t>
      </w:r>
      <w:proofErr w:type="spellStart"/>
      <w:r w:rsidRPr="0005146E">
        <w:rPr>
          <w:rFonts w:ascii="Open Sans" w:hAnsi="Open Sans" w:cs="Open Sans"/>
          <w:bCs/>
          <w:sz w:val="22"/>
        </w:rPr>
        <w:t>niżej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podpisany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/a, </w:t>
      </w:r>
      <w:proofErr w:type="spellStart"/>
      <w:r w:rsidRPr="0005146E">
        <w:rPr>
          <w:rFonts w:ascii="Open Sans" w:hAnsi="Open Sans" w:cs="Open Sans"/>
          <w:bCs/>
          <w:sz w:val="22"/>
        </w:rPr>
        <w:t>jako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rodzic</w:t>
      </w:r>
      <w:proofErr w:type="spellEnd"/>
      <w:r w:rsidRPr="0005146E">
        <w:rPr>
          <w:rFonts w:ascii="Open Sans" w:hAnsi="Open Sans" w:cs="Open Sans"/>
          <w:bCs/>
          <w:sz w:val="22"/>
        </w:rPr>
        <w:t>/</w:t>
      </w:r>
      <w:proofErr w:type="spellStart"/>
      <w:r w:rsidRPr="0005146E">
        <w:rPr>
          <w:rFonts w:ascii="Open Sans" w:hAnsi="Open Sans" w:cs="Open Sans"/>
          <w:bCs/>
          <w:sz w:val="22"/>
        </w:rPr>
        <w:t>opiekun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prawny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niepełnoletniego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albo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jako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pełnoletni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</w:p>
    <w:p w14:paraId="23C4E5ED" w14:textId="77777777" w:rsidR="00544A88" w:rsidRPr="0005146E" w:rsidRDefault="007618B0">
      <w:pPr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1) </w:t>
      </w:r>
      <w:proofErr w:type="spellStart"/>
      <w:r w:rsidRPr="0005146E">
        <w:rPr>
          <w:rFonts w:ascii="Open Sans" w:hAnsi="Open Sans" w:cs="Open Sans"/>
          <w:bCs/>
          <w:sz w:val="22"/>
        </w:rPr>
        <w:t>Oświadczam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, </w:t>
      </w:r>
      <w:proofErr w:type="spellStart"/>
      <w:r w:rsidRPr="0005146E">
        <w:rPr>
          <w:rFonts w:ascii="Open Sans" w:hAnsi="Open Sans" w:cs="Open Sans"/>
          <w:bCs/>
          <w:sz w:val="22"/>
        </w:rPr>
        <w:t>że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</w:p>
    <w:p w14:paraId="53B57B9B" w14:textId="13EFB862" w:rsidR="00544A88" w:rsidRPr="0005146E" w:rsidRDefault="007618B0">
      <w:pPr>
        <w:spacing w:after="20"/>
        <w:ind w:left="227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a) </w:t>
      </w:r>
      <w:proofErr w:type="spellStart"/>
      <w:r w:rsidRPr="0005146E">
        <w:rPr>
          <w:rFonts w:ascii="Open Sans" w:hAnsi="Open Sans" w:cs="Open Sans"/>
          <w:bCs/>
          <w:sz w:val="22"/>
        </w:rPr>
        <w:t>zapoznałem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/am </w:t>
      </w:r>
      <w:proofErr w:type="spellStart"/>
      <w:r w:rsidRPr="0005146E">
        <w:rPr>
          <w:rFonts w:ascii="Open Sans" w:hAnsi="Open Sans" w:cs="Open Sans"/>
          <w:bCs/>
          <w:sz w:val="22"/>
        </w:rPr>
        <w:t>się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z </w:t>
      </w:r>
      <w:proofErr w:type="spellStart"/>
      <w:r w:rsidRPr="0005146E">
        <w:rPr>
          <w:rFonts w:ascii="Open Sans" w:hAnsi="Open Sans" w:cs="Open Sans"/>
          <w:bCs/>
          <w:sz w:val="22"/>
        </w:rPr>
        <w:t>Regulaminem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konkurs</w:t>
      </w:r>
      <w:r w:rsidR="00F853ED">
        <w:rPr>
          <w:rFonts w:ascii="Open Sans" w:hAnsi="Open Sans" w:cs="Open Sans"/>
          <w:bCs/>
          <w:sz w:val="22"/>
        </w:rPr>
        <w:t>u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r w:rsidR="00DE763A" w:rsidRPr="00DE763A">
        <w:rPr>
          <w:rFonts w:ascii="Open Sans" w:hAnsi="Open Sans" w:cs="Open Sans"/>
          <w:bCs/>
          <w:sz w:val="22"/>
        </w:rPr>
        <w:t>„</w:t>
      </w:r>
      <w:proofErr w:type="spellStart"/>
      <w:r w:rsidR="00DE763A" w:rsidRPr="00DE763A">
        <w:rPr>
          <w:rFonts w:ascii="Open Sans" w:hAnsi="Open Sans" w:cs="Open Sans"/>
          <w:bCs/>
          <w:sz w:val="22"/>
        </w:rPr>
        <w:t>Utkaj</w:t>
      </w:r>
      <w:proofErr w:type="spellEnd"/>
      <w:r w:rsidR="00DE763A" w:rsidRPr="00DE763A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E763A" w:rsidRPr="00DE763A">
        <w:rPr>
          <w:rFonts w:ascii="Open Sans" w:hAnsi="Open Sans" w:cs="Open Sans"/>
          <w:bCs/>
          <w:sz w:val="22"/>
        </w:rPr>
        <w:t>przyszłość</w:t>
      </w:r>
      <w:proofErr w:type="spellEnd"/>
      <w:r w:rsidR="00DE763A" w:rsidRPr="00DE763A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E763A" w:rsidRPr="00DE763A">
        <w:rPr>
          <w:rFonts w:ascii="Open Sans" w:hAnsi="Open Sans" w:cs="Open Sans"/>
          <w:bCs/>
          <w:sz w:val="22"/>
        </w:rPr>
        <w:t>swojego</w:t>
      </w:r>
      <w:proofErr w:type="spellEnd"/>
      <w:r w:rsidR="00DE763A" w:rsidRPr="00DE763A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E763A" w:rsidRPr="00DE763A">
        <w:rPr>
          <w:rFonts w:ascii="Open Sans" w:hAnsi="Open Sans" w:cs="Open Sans"/>
          <w:bCs/>
          <w:sz w:val="22"/>
        </w:rPr>
        <w:t>miasta</w:t>
      </w:r>
      <w:proofErr w:type="spellEnd"/>
      <w:r w:rsidR="00DE763A" w:rsidRPr="00DE763A">
        <w:rPr>
          <w:rFonts w:ascii="Open Sans" w:hAnsi="Open Sans" w:cs="Open Sans"/>
          <w:bCs/>
          <w:sz w:val="22"/>
        </w:rPr>
        <w:t xml:space="preserve"> – </w:t>
      </w:r>
      <w:proofErr w:type="spellStart"/>
      <w:r w:rsidR="00DE763A" w:rsidRPr="00DE763A">
        <w:rPr>
          <w:rFonts w:ascii="Open Sans" w:hAnsi="Open Sans" w:cs="Open Sans"/>
          <w:bCs/>
          <w:sz w:val="22"/>
        </w:rPr>
        <w:t>Zielony</w:t>
      </w:r>
      <w:proofErr w:type="spellEnd"/>
      <w:r w:rsidR="00DE763A" w:rsidRPr="00DE763A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E763A" w:rsidRPr="00DE763A">
        <w:rPr>
          <w:rFonts w:ascii="Open Sans" w:hAnsi="Open Sans" w:cs="Open Sans"/>
          <w:bCs/>
          <w:sz w:val="22"/>
        </w:rPr>
        <w:t>Aleksandrów</w:t>
      </w:r>
      <w:proofErr w:type="spellEnd"/>
      <w:r w:rsidR="00DE763A" w:rsidRPr="00DE763A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E763A" w:rsidRPr="00DE763A">
        <w:rPr>
          <w:rFonts w:ascii="Open Sans" w:hAnsi="Open Sans" w:cs="Open Sans"/>
          <w:bCs/>
          <w:sz w:val="22"/>
        </w:rPr>
        <w:t>Łódzki</w:t>
      </w:r>
      <w:proofErr w:type="spellEnd"/>
      <w:r w:rsidR="00DE763A" w:rsidRPr="00DE763A">
        <w:rPr>
          <w:rFonts w:ascii="Open Sans" w:hAnsi="Open Sans" w:cs="Open Sans"/>
          <w:bCs/>
          <w:sz w:val="22"/>
        </w:rPr>
        <w:t>”</w:t>
      </w:r>
      <w:r w:rsidR="00F853ED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5716DA">
        <w:rPr>
          <w:rFonts w:ascii="Open Sans" w:hAnsi="Open Sans" w:cs="Open Sans"/>
          <w:bCs/>
          <w:sz w:val="22"/>
        </w:rPr>
        <w:t>i</w:t>
      </w:r>
      <w:proofErr w:type="spellEnd"/>
      <w:r w:rsidR="00F853ED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akceptuję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jego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postanowienia</w:t>
      </w:r>
      <w:proofErr w:type="spellEnd"/>
      <w:r w:rsidRPr="0005146E">
        <w:rPr>
          <w:rFonts w:ascii="Open Sans" w:hAnsi="Open Sans" w:cs="Open Sans"/>
          <w:bCs/>
          <w:sz w:val="22"/>
        </w:rPr>
        <w:t>,</w:t>
      </w:r>
    </w:p>
    <w:p w14:paraId="7453C039" w14:textId="77777777" w:rsidR="00544A88" w:rsidRPr="0005146E" w:rsidRDefault="007618B0">
      <w:pPr>
        <w:spacing w:after="20"/>
        <w:ind w:left="227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b) </w:t>
      </w:r>
      <w:proofErr w:type="spellStart"/>
      <w:r w:rsidRPr="0005146E">
        <w:rPr>
          <w:rFonts w:ascii="Open Sans" w:hAnsi="Open Sans" w:cs="Open Sans"/>
          <w:bCs/>
          <w:sz w:val="22"/>
        </w:rPr>
        <w:t>zgłoszona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praca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jest </w:t>
      </w:r>
      <w:proofErr w:type="spellStart"/>
      <w:r w:rsidRPr="0005146E">
        <w:rPr>
          <w:rFonts w:ascii="Open Sans" w:hAnsi="Open Sans" w:cs="Open Sans"/>
          <w:bCs/>
          <w:sz w:val="22"/>
        </w:rPr>
        <w:t>pracą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oryginalną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, </w:t>
      </w:r>
      <w:proofErr w:type="spellStart"/>
      <w:r w:rsidRPr="0005146E">
        <w:rPr>
          <w:rFonts w:ascii="Open Sans" w:hAnsi="Open Sans" w:cs="Open Sans"/>
          <w:bCs/>
          <w:sz w:val="22"/>
        </w:rPr>
        <w:t>wykonaną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samodzielnie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przez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>,</w:t>
      </w:r>
    </w:p>
    <w:p w14:paraId="4C023F85" w14:textId="77777777" w:rsidR="00544A88" w:rsidRPr="0005146E" w:rsidRDefault="007618B0">
      <w:pPr>
        <w:spacing w:after="20"/>
        <w:ind w:left="227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c) </w:t>
      </w:r>
      <w:proofErr w:type="spellStart"/>
      <w:r w:rsidRPr="0005146E">
        <w:rPr>
          <w:rFonts w:ascii="Open Sans" w:hAnsi="Open Sans" w:cs="Open Sans"/>
          <w:bCs/>
          <w:sz w:val="22"/>
        </w:rPr>
        <w:t>praca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nie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narusza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praw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autorskich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ani </w:t>
      </w:r>
      <w:proofErr w:type="spellStart"/>
      <w:r w:rsidRPr="0005146E">
        <w:rPr>
          <w:rFonts w:ascii="Open Sans" w:hAnsi="Open Sans" w:cs="Open Sans"/>
          <w:bCs/>
          <w:sz w:val="22"/>
        </w:rPr>
        <w:t>innych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praw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osób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trzecich</w:t>
      </w:r>
      <w:proofErr w:type="spellEnd"/>
      <w:r w:rsidRPr="0005146E">
        <w:rPr>
          <w:rFonts w:ascii="Open Sans" w:hAnsi="Open Sans" w:cs="Open Sans"/>
          <w:bCs/>
          <w:sz w:val="22"/>
        </w:rPr>
        <w:t>,</w:t>
      </w:r>
    </w:p>
    <w:p w14:paraId="0D4BB20D" w14:textId="77777777" w:rsidR="00544A88" w:rsidRPr="0005146E" w:rsidRDefault="007618B0">
      <w:pPr>
        <w:spacing w:after="20"/>
        <w:ind w:left="227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lastRenderedPageBreak/>
        <w:t xml:space="preserve">d) </w:t>
      </w:r>
      <w:proofErr w:type="spellStart"/>
      <w:r w:rsidRPr="0005146E">
        <w:rPr>
          <w:rFonts w:ascii="Open Sans" w:hAnsi="Open Sans" w:cs="Open Sans"/>
          <w:bCs/>
          <w:sz w:val="22"/>
        </w:rPr>
        <w:t>ponoszę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odpowiedzialność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za </w:t>
      </w:r>
      <w:proofErr w:type="spellStart"/>
      <w:r w:rsidRPr="0005146E">
        <w:rPr>
          <w:rFonts w:ascii="Open Sans" w:hAnsi="Open Sans" w:cs="Open Sans"/>
          <w:bCs/>
          <w:sz w:val="22"/>
        </w:rPr>
        <w:t>zgodność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powyższych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oświadczeń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ze </w:t>
      </w:r>
      <w:proofErr w:type="spellStart"/>
      <w:r w:rsidRPr="0005146E">
        <w:rPr>
          <w:rFonts w:ascii="Open Sans" w:hAnsi="Open Sans" w:cs="Open Sans"/>
          <w:bCs/>
          <w:sz w:val="22"/>
        </w:rPr>
        <w:t>stanem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faktycznym</w:t>
      </w:r>
      <w:proofErr w:type="spellEnd"/>
      <w:r w:rsidRPr="0005146E">
        <w:rPr>
          <w:rFonts w:ascii="Open Sans" w:hAnsi="Open Sans" w:cs="Open Sans"/>
          <w:bCs/>
          <w:sz w:val="22"/>
        </w:rPr>
        <w:t>.</w:t>
      </w:r>
    </w:p>
    <w:p w14:paraId="2BFA634F" w14:textId="7546A0C7" w:rsidR="00544A88" w:rsidRPr="0005146E" w:rsidRDefault="007618B0">
      <w:pPr>
        <w:spacing w:before="60" w:after="2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2) </w:t>
      </w:r>
      <w:proofErr w:type="spellStart"/>
      <w:r w:rsidRPr="0005146E">
        <w:rPr>
          <w:rFonts w:ascii="Open Sans" w:hAnsi="Open Sans" w:cs="Open Sans"/>
          <w:bCs/>
          <w:sz w:val="22"/>
        </w:rPr>
        <w:t>Wyrażam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zgodę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udział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w </w:t>
      </w:r>
      <w:proofErr w:type="spellStart"/>
      <w:r w:rsidRPr="0005146E">
        <w:rPr>
          <w:rFonts w:ascii="Open Sans" w:hAnsi="Open Sans" w:cs="Open Sans"/>
          <w:bCs/>
          <w:sz w:val="22"/>
        </w:rPr>
        <w:t>konkursie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(w </w:t>
      </w:r>
      <w:proofErr w:type="spellStart"/>
      <w:r w:rsidRPr="0005146E">
        <w:rPr>
          <w:rFonts w:ascii="Open Sans" w:hAnsi="Open Sans" w:cs="Open Sans"/>
          <w:bCs/>
          <w:sz w:val="22"/>
        </w:rPr>
        <w:t>przypadku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pełnoletniego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– </w:t>
      </w:r>
      <w:proofErr w:type="spellStart"/>
      <w:r w:rsidRPr="0005146E">
        <w:rPr>
          <w:rFonts w:ascii="Open Sans" w:hAnsi="Open Sans" w:cs="Open Sans"/>
          <w:bCs/>
          <w:sz w:val="22"/>
        </w:rPr>
        <w:t>potwierdzam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swój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udział</w:t>
      </w:r>
      <w:proofErr w:type="spellEnd"/>
      <w:r w:rsidRPr="0005146E">
        <w:rPr>
          <w:rFonts w:ascii="Open Sans" w:hAnsi="Open Sans" w:cs="Open Sans"/>
          <w:bCs/>
          <w:sz w:val="22"/>
        </w:rPr>
        <w:t>)</w:t>
      </w:r>
      <w:r w:rsidR="00F853ED">
        <w:rPr>
          <w:rFonts w:ascii="Open Sans" w:hAnsi="Open Sans" w:cs="Open Sans"/>
          <w:bCs/>
          <w:sz w:val="22"/>
        </w:rPr>
        <w:t>:</w:t>
      </w:r>
    </w:p>
    <w:p w14:paraId="3FC08539" w14:textId="77777777" w:rsidR="00544A88" w:rsidRPr="0005146E" w:rsidRDefault="007618B0">
      <w:pPr>
        <w:spacing w:after="20"/>
        <w:ind w:left="340"/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TAK</w:t>
      </w:r>
    </w:p>
    <w:p w14:paraId="57C3A609" w14:textId="3192D6A0" w:rsidR="00544A88" w:rsidRPr="0005146E" w:rsidRDefault="007618B0">
      <w:pPr>
        <w:spacing w:before="60" w:after="2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3) </w:t>
      </w:r>
      <w:proofErr w:type="spellStart"/>
      <w:r w:rsidRPr="0005146E">
        <w:rPr>
          <w:rFonts w:ascii="Open Sans" w:hAnsi="Open Sans" w:cs="Open Sans"/>
          <w:bCs/>
          <w:sz w:val="22"/>
        </w:rPr>
        <w:t>Wyrażam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zgodę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przetwarzanie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danych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osobowych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oraz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– w </w:t>
      </w:r>
      <w:proofErr w:type="spellStart"/>
      <w:r w:rsidRPr="0005146E">
        <w:rPr>
          <w:rFonts w:ascii="Open Sans" w:hAnsi="Open Sans" w:cs="Open Sans"/>
          <w:bCs/>
          <w:sz w:val="22"/>
        </w:rPr>
        <w:t>przypadku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niepełnoletniego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– </w:t>
      </w:r>
      <w:proofErr w:type="spellStart"/>
      <w:r w:rsidRPr="0005146E">
        <w:rPr>
          <w:rFonts w:ascii="Open Sans" w:hAnsi="Open Sans" w:cs="Open Sans"/>
          <w:bCs/>
          <w:sz w:val="22"/>
        </w:rPr>
        <w:t>moich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danych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przez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Gminę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Aleksandrów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Łódzki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, z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siedzibą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: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Plac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Kościuszki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 2, 95-070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Aleksandrów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Łódzki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, w </w:t>
      </w:r>
      <w:proofErr w:type="spellStart"/>
      <w:r w:rsidRPr="0005146E">
        <w:rPr>
          <w:rFonts w:ascii="Open Sans" w:hAnsi="Open Sans" w:cs="Open Sans"/>
          <w:bCs/>
          <w:sz w:val="22"/>
        </w:rPr>
        <w:t>celu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organizacji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i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przeprowadzenia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konkursu</w:t>
      </w:r>
      <w:proofErr w:type="spellEnd"/>
      <w:r w:rsidR="00F853ED">
        <w:rPr>
          <w:rFonts w:ascii="Open Sans" w:hAnsi="Open Sans" w:cs="Open Sans"/>
          <w:bCs/>
          <w:sz w:val="22"/>
        </w:rPr>
        <w:t>:</w:t>
      </w:r>
    </w:p>
    <w:p w14:paraId="07C5884E" w14:textId="77777777" w:rsidR="00544A88" w:rsidRPr="0005146E" w:rsidRDefault="007618B0">
      <w:pPr>
        <w:spacing w:after="20"/>
        <w:ind w:left="340"/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TAK</w:t>
      </w:r>
    </w:p>
    <w:p w14:paraId="400AD46E" w14:textId="68AEB621" w:rsidR="00544A88" w:rsidRPr="0005146E" w:rsidRDefault="007618B0">
      <w:pPr>
        <w:spacing w:before="60" w:after="2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4) </w:t>
      </w:r>
      <w:proofErr w:type="spellStart"/>
      <w:r w:rsidRPr="0005146E">
        <w:rPr>
          <w:rFonts w:ascii="Open Sans" w:hAnsi="Open Sans" w:cs="Open Sans"/>
          <w:bCs/>
          <w:sz w:val="22"/>
        </w:rPr>
        <w:t>Wyrażam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zgodę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publikację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danych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w </w:t>
      </w:r>
      <w:proofErr w:type="spellStart"/>
      <w:r w:rsidRPr="0005146E">
        <w:rPr>
          <w:rFonts w:ascii="Open Sans" w:hAnsi="Open Sans" w:cs="Open Sans"/>
          <w:bCs/>
          <w:sz w:val="22"/>
        </w:rPr>
        <w:t>przypadku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uzyskania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nagrody</w:t>
      </w:r>
      <w:proofErr w:type="spellEnd"/>
      <w:r w:rsidRPr="0005146E">
        <w:rPr>
          <w:rFonts w:ascii="Open Sans" w:hAnsi="Open Sans" w:cs="Open Sans"/>
          <w:bCs/>
          <w:sz w:val="22"/>
        </w:rPr>
        <w:t>,</w:t>
      </w:r>
      <w:r w:rsidR="006562E6" w:rsidRPr="0005146E">
        <w:rPr>
          <w:rFonts w:ascii="Open Sans" w:hAnsi="Open Sans" w:cs="Open Sans"/>
          <w:bCs/>
          <w:sz w:val="22"/>
        </w:rPr>
        <w:br/>
      </w:r>
      <w:r w:rsidRPr="0005146E">
        <w:rPr>
          <w:rFonts w:ascii="Open Sans" w:hAnsi="Open Sans" w:cs="Open Sans"/>
          <w:bCs/>
          <w:sz w:val="22"/>
        </w:rPr>
        <w:t xml:space="preserve">w </w:t>
      </w:r>
      <w:proofErr w:type="spellStart"/>
      <w:r w:rsidRPr="0005146E">
        <w:rPr>
          <w:rFonts w:ascii="Open Sans" w:hAnsi="Open Sans" w:cs="Open Sans"/>
          <w:bCs/>
          <w:sz w:val="22"/>
        </w:rPr>
        <w:t>tym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imienia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i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nazwiska</w:t>
      </w:r>
      <w:proofErr w:type="spellEnd"/>
      <w:r w:rsidR="00F853ED">
        <w:rPr>
          <w:rFonts w:ascii="Open Sans" w:hAnsi="Open Sans" w:cs="Open Sans"/>
          <w:bCs/>
          <w:sz w:val="22"/>
        </w:rPr>
        <w:t>:</w:t>
      </w:r>
    </w:p>
    <w:p w14:paraId="7A844D5C" w14:textId="77777777" w:rsidR="00544A88" w:rsidRPr="0005146E" w:rsidRDefault="007618B0">
      <w:pPr>
        <w:spacing w:after="20"/>
        <w:ind w:left="340"/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TAK</w:t>
      </w:r>
    </w:p>
    <w:p w14:paraId="36A4346D" w14:textId="11D0BC52" w:rsidR="00725256" w:rsidRPr="0005146E" w:rsidRDefault="00725256" w:rsidP="00725256">
      <w:pPr>
        <w:spacing w:after="2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>5)</w:t>
      </w:r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Wyrażam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zgodę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na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utrwalanie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i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rozpowszechnianie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wizerunku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w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związku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br/>
        <w:t xml:space="preserve">z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udziałem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w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konkursie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, w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szczególności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poprzez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publikację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na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stronie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internetowej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Miasta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i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Gminy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Aleksandrów</w:t>
      </w:r>
      <w:proofErr w:type="spellEnd"/>
      <w:r w:rsidR="006562E6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6562E6" w:rsidRPr="0005146E">
        <w:rPr>
          <w:rFonts w:ascii="Open Sans" w:hAnsi="Open Sans" w:cs="Open Sans"/>
          <w:bCs/>
          <w:sz w:val="22"/>
        </w:rPr>
        <w:t>Łódzki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, w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oficjalnych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mediach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społecznościowych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Organizatora</w:t>
      </w:r>
      <w:proofErr w:type="spellEnd"/>
      <w:r w:rsidR="004E3F05" w:rsidRPr="0005146E">
        <w:rPr>
          <w:rFonts w:ascii="Open Sans" w:hAnsi="Open Sans" w:cs="Open Sans"/>
          <w:bCs/>
          <w:sz w:val="22"/>
        </w:rPr>
        <w:br/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oraz</w:t>
      </w:r>
      <w:proofErr w:type="spellEnd"/>
      <w:r w:rsidR="004E3F05" w:rsidRPr="0005146E">
        <w:rPr>
          <w:rFonts w:ascii="Open Sans" w:hAnsi="Open Sans" w:cs="Open Sans"/>
          <w:bCs/>
          <w:sz w:val="22"/>
        </w:rPr>
        <w:t xml:space="preserve"> </w:t>
      </w:r>
      <w:r w:rsidR="00D94A83" w:rsidRPr="0005146E">
        <w:rPr>
          <w:rFonts w:ascii="Open Sans" w:hAnsi="Open Sans" w:cs="Open Sans"/>
          <w:bCs/>
          <w:sz w:val="22"/>
        </w:rPr>
        <w:t xml:space="preserve">w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materiałach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informacyjnych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,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promocyjnych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i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edukacyjnych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dotyczących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konkursu</w:t>
      </w:r>
      <w:proofErr w:type="spellEnd"/>
      <w:r w:rsidR="004E3F05" w:rsidRPr="0005146E">
        <w:rPr>
          <w:rFonts w:ascii="Open Sans" w:hAnsi="Open Sans" w:cs="Open Sans"/>
          <w:bCs/>
          <w:sz w:val="22"/>
        </w:rPr>
        <w:br/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i</w:t>
      </w:r>
      <w:proofErr w:type="spellEnd"/>
      <w:r w:rsidR="00D94A83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D94A83" w:rsidRPr="0005146E">
        <w:rPr>
          <w:rFonts w:ascii="Open Sans" w:hAnsi="Open Sans" w:cs="Open Sans"/>
          <w:bCs/>
          <w:sz w:val="22"/>
        </w:rPr>
        <w:t>projektu</w:t>
      </w:r>
      <w:proofErr w:type="spellEnd"/>
      <w:r w:rsidR="00F853ED">
        <w:rPr>
          <w:rFonts w:ascii="Open Sans" w:hAnsi="Open Sans" w:cs="Open Sans"/>
          <w:bCs/>
          <w:sz w:val="22"/>
        </w:rPr>
        <w:t>:</w:t>
      </w:r>
    </w:p>
    <w:p w14:paraId="087AA2E5" w14:textId="54BB4256" w:rsidR="00D94A83" w:rsidRPr="0005146E" w:rsidRDefault="00D94A83" w:rsidP="00D94A83">
      <w:pPr>
        <w:spacing w:after="20"/>
        <w:ind w:left="340"/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TAK</w:t>
      </w:r>
    </w:p>
    <w:p w14:paraId="4098B49D" w14:textId="1FBDC41F" w:rsidR="00544A88" w:rsidRPr="0005146E" w:rsidRDefault="00725256">
      <w:pPr>
        <w:spacing w:before="60" w:after="2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>6</w:t>
      </w:r>
      <w:r w:rsidR="007618B0" w:rsidRPr="0005146E">
        <w:rPr>
          <w:rFonts w:ascii="Open Sans" w:hAnsi="Open Sans" w:cs="Open Sans"/>
          <w:bCs/>
          <w:sz w:val="22"/>
        </w:rPr>
        <w:t xml:space="preserve">)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Przyjmuję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do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wiadomości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,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że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z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chwilą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zgłoszenia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pracy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do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konkursu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uczestnik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udziela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Organizatorowi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nieodpłatnej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,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niewyłącznej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,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nieograniczonej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terytorialnie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licencji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na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korzystanie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z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pracy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konkursowej</w:t>
      </w:r>
      <w:proofErr w:type="spellEnd"/>
      <w:r w:rsidR="00F853ED">
        <w:rPr>
          <w:rFonts w:ascii="Open Sans" w:hAnsi="Open Sans" w:cs="Open Sans"/>
          <w:bCs/>
          <w:sz w:val="22"/>
        </w:rPr>
        <w:t>:</w:t>
      </w:r>
    </w:p>
    <w:p w14:paraId="3D55BDFB" w14:textId="77777777" w:rsidR="00544A88" w:rsidRPr="0005146E" w:rsidRDefault="007618B0">
      <w:pPr>
        <w:spacing w:after="20"/>
        <w:ind w:left="340"/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TAK</w:t>
      </w:r>
    </w:p>
    <w:p w14:paraId="1D6622F2" w14:textId="72D2A9A6" w:rsidR="00544A88" w:rsidRPr="0005146E" w:rsidRDefault="00725256">
      <w:pPr>
        <w:spacing w:before="60" w:after="2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>7</w:t>
      </w:r>
      <w:r w:rsidR="007618B0" w:rsidRPr="0005146E">
        <w:rPr>
          <w:rFonts w:ascii="Open Sans" w:hAnsi="Open Sans" w:cs="Open Sans"/>
          <w:bCs/>
          <w:sz w:val="22"/>
        </w:rPr>
        <w:t xml:space="preserve">)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Wyrażam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zgodę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na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publikację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pracy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konkursowej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wraz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z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oznaczeniem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autora</w:t>
      </w:r>
      <w:proofErr w:type="spellEnd"/>
      <w:r w:rsidR="0005146E" w:rsidRPr="0005146E">
        <w:rPr>
          <w:rFonts w:ascii="Open Sans" w:hAnsi="Open Sans" w:cs="Open Sans"/>
          <w:bCs/>
          <w:sz w:val="22"/>
        </w:rPr>
        <w:br/>
      </w:r>
      <w:r w:rsidR="007618B0" w:rsidRPr="0005146E">
        <w:rPr>
          <w:rFonts w:ascii="Open Sans" w:hAnsi="Open Sans" w:cs="Open Sans"/>
          <w:bCs/>
          <w:sz w:val="22"/>
        </w:rPr>
        <w:t>(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imię</w:t>
      </w:r>
      <w:proofErr w:type="spellEnd"/>
      <w:r w:rsidR="0005146E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i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nazwisko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>):</w:t>
      </w:r>
    </w:p>
    <w:p w14:paraId="725772CE" w14:textId="77777777" w:rsidR="00544A88" w:rsidRPr="0005146E" w:rsidRDefault="007618B0">
      <w:pPr>
        <w:spacing w:after="20"/>
        <w:ind w:left="340"/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TAK</w:t>
      </w:r>
    </w:p>
    <w:p w14:paraId="1FDC4153" w14:textId="5DB856B1" w:rsidR="00544A88" w:rsidRPr="0005146E" w:rsidRDefault="00725256">
      <w:pPr>
        <w:spacing w:before="60" w:after="2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>8</w:t>
      </w:r>
      <w:r w:rsidR="007618B0" w:rsidRPr="0005146E">
        <w:rPr>
          <w:rFonts w:ascii="Open Sans" w:hAnsi="Open Sans" w:cs="Open Sans"/>
          <w:bCs/>
          <w:sz w:val="22"/>
        </w:rPr>
        <w:t xml:space="preserve">)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Przyjmuję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do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wiadomości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,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że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podanie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danych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osobowych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jest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dobrowolne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>,</w:t>
      </w:r>
      <w:r w:rsidR="004E3F05" w:rsidRPr="0005146E">
        <w:rPr>
          <w:rFonts w:ascii="Open Sans" w:hAnsi="Open Sans" w:cs="Open Sans"/>
          <w:bCs/>
          <w:sz w:val="22"/>
        </w:rPr>
        <w:br/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jednak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niezbędne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do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udziału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 xml:space="preserve"> w </w:t>
      </w:r>
      <w:proofErr w:type="spellStart"/>
      <w:r w:rsidR="007618B0" w:rsidRPr="0005146E">
        <w:rPr>
          <w:rFonts w:ascii="Open Sans" w:hAnsi="Open Sans" w:cs="Open Sans"/>
          <w:bCs/>
          <w:sz w:val="22"/>
        </w:rPr>
        <w:t>konkursie</w:t>
      </w:r>
      <w:proofErr w:type="spellEnd"/>
      <w:r w:rsidR="007618B0" w:rsidRPr="0005146E">
        <w:rPr>
          <w:rFonts w:ascii="Open Sans" w:hAnsi="Open Sans" w:cs="Open Sans"/>
          <w:bCs/>
          <w:sz w:val="22"/>
        </w:rPr>
        <w:t>:</w:t>
      </w:r>
    </w:p>
    <w:p w14:paraId="5FC2C3A0" w14:textId="77777777" w:rsidR="00544A88" w:rsidRPr="0005146E" w:rsidRDefault="007618B0">
      <w:pPr>
        <w:spacing w:after="20"/>
        <w:ind w:left="340"/>
        <w:rPr>
          <w:rFonts w:ascii="Open Sans" w:hAnsi="Open Sans" w:cs="Open Sans"/>
          <w:bCs/>
          <w:sz w:val="22"/>
        </w:rPr>
      </w:pPr>
      <w:r w:rsidRPr="0005146E">
        <w:rPr>
          <w:rFonts w:ascii="Segoe UI Symbol" w:hAnsi="Segoe UI Symbol" w:cs="Segoe UI Symbol"/>
          <w:bCs/>
          <w:sz w:val="22"/>
        </w:rPr>
        <w:t>☐</w:t>
      </w:r>
      <w:r w:rsidRPr="0005146E">
        <w:rPr>
          <w:rFonts w:ascii="Open Sans" w:hAnsi="Open Sans" w:cs="Open Sans"/>
          <w:bCs/>
          <w:sz w:val="22"/>
        </w:rPr>
        <w:t xml:space="preserve"> TAK</w:t>
      </w:r>
    </w:p>
    <w:p w14:paraId="4DD7ACFD" w14:textId="16C34C07" w:rsidR="00544A88" w:rsidRPr="0005146E" w:rsidRDefault="007618B0">
      <w:pPr>
        <w:pStyle w:val="SectionHead"/>
        <w:rPr>
          <w:rFonts w:ascii="Open Sans" w:hAnsi="Open Sans" w:cs="Open Sans"/>
        </w:rPr>
      </w:pPr>
      <w:r w:rsidRPr="0005146E">
        <w:rPr>
          <w:rFonts w:ascii="Open Sans" w:hAnsi="Open Sans" w:cs="Open Sans"/>
        </w:rPr>
        <w:t>V. PODPIS</w:t>
      </w:r>
    </w:p>
    <w:p w14:paraId="661433E9" w14:textId="4F1229DB" w:rsidR="00544A8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proofErr w:type="spellStart"/>
      <w:r w:rsidRPr="0005146E">
        <w:rPr>
          <w:rFonts w:ascii="Open Sans" w:hAnsi="Open Sans" w:cs="Open Sans"/>
          <w:bCs/>
          <w:sz w:val="22"/>
        </w:rPr>
        <w:t>Miejscowość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i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data: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30184EDB" w14:textId="06DC9E6A" w:rsidR="00544A8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proofErr w:type="spellStart"/>
      <w:r w:rsidRPr="0005146E">
        <w:rPr>
          <w:rFonts w:ascii="Open Sans" w:hAnsi="Open Sans" w:cs="Open Sans"/>
          <w:bCs/>
          <w:sz w:val="22"/>
        </w:rPr>
        <w:lastRenderedPageBreak/>
        <w:t>Podpis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rodzica</w:t>
      </w:r>
      <w:proofErr w:type="spellEnd"/>
      <w:r w:rsidRPr="0005146E">
        <w:rPr>
          <w:rFonts w:ascii="Open Sans" w:hAnsi="Open Sans" w:cs="Open Sans"/>
          <w:bCs/>
          <w:sz w:val="22"/>
        </w:rPr>
        <w:t>/</w:t>
      </w:r>
      <w:proofErr w:type="spellStart"/>
      <w:r w:rsidRPr="0005146E">
        <w:rPr>
          <w:rFonts w:ascii="Open Sans" w:hAnsi="Open Sans" w:cs="Open Sans"/>
          <w:bCs/>
          <w:sz w:val="22"/>
        </w:rPr>
        <w:t>opiekuna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prawnego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albo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uczestnika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pełnoletniego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2F95FFE6" w14:textId="5D4872CC" w:rsidR="00544A88" w:rsidRPr="0005146E" w:rsidRDefault="007618B0">
      <w:pPr>
        <w:pStyle w:val="SectionHead"/>
        <w:rPr>
          <w:rFonts w:ascii="Open Sans" w:hAnsi="Open Sans" w:cs="Open Sans"/>
        </w:rPr>
      </w:pPr>
      <w:r w:rsidRPr="0005146E">
        <w:rPr>
          <w:rFonts w:ascii="Open Sans" w:hAnsi="Open Sans" w:cs="Open Sans"/>
        </w:rPr>
        <w:t>VI. DO WYPEŁNIENIA PRZEZ ORGANIZATORA</w:t>
      </w:r>
    </w:p>
    <w:p w14:paraId="57269483" w14:textId="7E1C5382" w:rsidR="00A33D9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r w:rsidRPr="0005146E">
        <w:rPr>
          <w:rFonts w:ascii="Open Sans" w:hAnsi="Open Sans" w:cs="Open Sans"/>
          <w:bCs/>
          <w:sz w:val="22"/>
        </w:rPr>
        <w:t xml:space="preserve">Data </w:t>
      </w:r>
      <w:proofErr w:type="spellStart"/>
      <w:r w:rsidRPr="0005146E">
        <w:rPr>
          <w:rFonts w:ascii="Open Sans" w:hAnsi="Open Sans" w:cs="Open Sans"/>
          <w:bCs/>
          <w:sz w:val="22"/>
        </w:rPr>
        <w:t>przyjęcia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pracy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5D3DAE25" w14:textId="1FBC8DFA" w:rsidR="00544A88" w:rsidRPr="0005146E" w:rsidRDefault="007618B0">
      <w:pPr>
        <w:spacing w:after="40"/>
        <w:rPr>
          <w:rFonts w:ascii="Open Sans" w:hAnsi="Open Sans" w:cs="Open Sans"/>
          <w:bCs/>
          <w:sz w:val="22"/>
        </w:rPr>
      </w:pPr>
      <w:proofErr w:type="spellStart"/>
      <w:r w:rsidRPr="0005146E">
        <w:rPr>
          <w:rFonts w:ascii="Open Sans" w:hAnsi="Open Sans" w:cs="Open Sans"/>
          <w:bCs/>
          <w:sz w:val="22"/>
        </w:rPr>
        <w:t>Podpis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osoby</w:t>
      </w:r>
      <w:proofErr w:type="spellEnd"/>
      <w:r w:rsidRPr="0005146E">
        <w:rPr>
          <w:rFonts w:ascii="Open Sans" w:hAnsi="Open Sans" w:cs="Open Sans"/>
          <w:bCs/>
          <w:sz w:val="22"/>
        </w:rPr>
        <w:t xml:space="preserve"> </w:t>
      </w:r>
      <w:proofErr w:type="spellStart"/>
      <w:r w:rsidRPr="0005146E">
        <w:rPr>
          <w:rFonts w:ascii="Open Sans" w:hAnsi="Open Sans" w:cs="Open Sans"/>
          <w:bCs/>
          <w:sz w:val="22"/>
        </w:rPr>
        <w:t>przyjmującej</w:t>
      </w:r>
      <w:proofErr w:type="spellEnd"/>
      <w:r w:rsidRPr="0005146E">
        <w:rPr>
          <w:rFonts w:ascii="Open Sans" w:hAnsi="Open Sans" w:cs="Open Sans"/>
          <w:bCs/>
          <w:sz w:val="22"/>
        </w:rPr>
        <w:t>:</w:t>
      </w:r>
      <w:r w:rsidRPr="0005146E">
        <w:rPr>
          <w:rFonts w:ascii="Open Sans" w:hAnsi="Open Sans" w:cs="Open Sans"/>
          <w:bCs/>
          <w:sz w:val="22"/>
        </w:rPr>
        <w:br/>
      </w:r>
      <w:r w:rsidR="00A33D98" w:rsidRPr="0005146E">
        <w:rPr>
          <w:rFonts w:ascii="Open Sans" w:hAnsi="Open Sans" w:cs="Open Sans"/>
          <w:bCs/>
          <w:sz w:val="22"/>
        </w:rPr>
        <w:t>………………………………………………………………………………………………………………………………………………</w:t>
      </w:r>
    </w:p>
    <w:p w14:paraId="224EAE8A" w14:textId="0FED554B" w:rsidR="00544A88" w:rsidRPr="0005146E" w:rsidRDefault="00B62163" w:rsidP="00B62163">
      <w:pPr>
        <w:spacing w:before="160"/>
        <w:jc w:val="both"/>
        <w:rPr>
          <w:rFonts w:ascii="Open Sans" w:hAnsi="Open Sans" w:cs="Open Sans"/>
          <w:bCs/>
          <w:sz w:val="22"/>
        </w:rPr>
      </w:pP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Działanie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realizowane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jest w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ramach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projektu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„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Opracowanie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Miejskiego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Planu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Adaptacji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gramStart"/>
      <w:r w:rsidRPr="00B62163">
        <w:rPr>
          <w:rFonts w:ascii="Open Sans" w:hAnsi="Open Sans" w:cs="Open Sans"/>
          <w:i/>
          <w:iCs/>
          <w:sz w:val="22"/>
          <w:szCs w:val="24"/>
        </w:rPr>
        <w:t xml:space="preserve">do 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zmian</w:t>
      </w:r>
      <w:proofErr w:type="spellEnd"/>
      <w:proofErr w:type="gram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klimatu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dla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miasta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Aleksandrów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Łódzki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”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dofinansowany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jest w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ramach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działania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FENX.02.04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Adaptacja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do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zmian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klimatu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,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zapobieganie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klęskom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i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katastrofom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priorytetu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Opracowanie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planów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adaptacji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do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zmian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klimatu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priorytetu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FENX.02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Wsparcie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sektorów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energetyka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i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środowisko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z EFRR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programu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Fundusze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Europejskie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na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Infrastrukturę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,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Klimat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, </w:t>
      </w:r>
      <w:proofErr w:type="spellStart"/>
      <w:r w:rsidRPr="00B62163">
        <w:rPr>
          <w:rFonts w:ascii="Open Sans" w:hAnsi="Open Sans" w:cs="Open Sans"/>
          <w:i/>
          <w:iCs/>
          <w:sz w:val="22"/>
          <w:szCs w:val="24"/>
        </w:rPr>
        <w:t>Środowisko</w:t>
      </w:r>
      <w:proofErr w:type="spellEnd"/>
      <w:r w:rsidRPr="00B62163">
        <w:rPr>
          <w:rFonts w:ascii="Open Sans" w:hAnsi="Open Sans" w:cs="Open Sans"/>
          <w:i/>
          <w:iCs/>
          <w:sz w:val="22"/>
          <w:szCs w:val="24"/>
        </w:rPr>
        <w:t xml:space="preserve"> 2021-2027.</w:t>
      </w:r>
    </w:p>
    <w:sectPr w:rsidR="00544A88" w:rsidRPr="0005146E" w:rsidSect="000015AD">
      <w:headerReference w:type="default" r:id="rId11"/>
      <w:footerReference w:type="defaul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6B98E" w14:textId="77777777" w:rsidR="00830E98" w:rsidRDefault="00830E98">
      <w:pPr>
        <w:spacing w:after="0" w:line="240" w:lineRule="auto"/>
      </w:pPr>
      <w:r>
        <w:separator/>
      </w:r>
    </w:p>
  </w:endnote>
  <w:endnote w:type="continuationSeparator" w:id="0">
    <w:p w14:paraId="2DD6642E" w14:textId="77777777" w:rsidR="00830E98" w:rsidRDefault="0083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F7C7" w14:textId="53806F4F" w:rsidR="00544A88" w:rsidRPr="00D04AC2" w:rsidRDefault="00D04AC2" w:rsidP="00D04AC2">
    <w:pPr>
      <w:pStyle w:val="Stopka"/>
      <w:jc w:val="center"/>
    </w:pPr>
    <w:r>
      <w:rPr>
        <w:noProof/>
      </w:rPr>
      <w:drawing>
        <wp:inline distT="0" distB="0" distL="0" distR="0" wp14:anchorId="7AD6F194" wp14:editId="22FEC16A">
          <wp:extent cx="5724525" cy="933450"/>
          <wp:effectExtent l="0" t="0" r="9525" b="0"/>
          <wp:docPr id="6909498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D4479" w14:textId="77777777" w:rsidR="00830E98" w:rsidRDefault="00830E98">
      <w:pPr>
        <w:spacing w:after="0" w:line="240" w:lineRule="auto"/>
      </w:pPr>
      <w:r>
        <w:separator/>
      </w:r>
    </w:p>
  </w:footnote>
  <w:footnote w:type="continuationSeparator" w:id="0">
    <w:p w14:paraId="6CFF2A82" w14:textId="77777777" w:rsidR="00830E98" w:rsidRDefault="00830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A081" w14:textId="77777777" w:rsidR="006562E6" w:rsidRDefault="006562E6" w:rsidP="006562E6">
    <w:pPr>
      <w:pStyle w:val="Nagwek"/>
      <w:tabs>
        <w:tab w:val="right" w:pos="7080"/>
      </w:tabs>
      <w:rPr>
        <w:rFonts w:ascii="Open Sans" w:hAnsi="Open Sans" w:cs="Open Sans"/>
      </w:rPr>
    </w:pPr>
    <w:r w:rsidRPr="009D5F5E">
      <w:rPr>
        <w:rFonts w:ascii="Impact" w:hAnsi="Impact"/>
        <w:noProof/>
        <w:color w:val="1F497D" w:themeColor="text2"/>
      </w:rPr>
      <w:drawing>
        <wp:anchor distT="0" distB="0" distL="114300" distR="114300" simplePos="0" relativeHeight="251659264" behindDoc="1" locked="0" layoutInCell="1" allowOverlap="1" wp14:anchorId="7D61B8AB" wp14:editId="28F67C1C">
          <wp:simplePos x="0" y="0"/>
          <wp:positionH relativeFrom="margin">
            <wp:posOffset>12065</wp:posOffset>
          </wp:positionH>
          <wp:positionV relativeFrom="paragraph">
            <wp:posOffset>68580</wp:posOffset>
          </wp:positionV>
          <wp:extent cx="410845" cy="487045"/>
          <wp:effectExtent l="0" t="0" r="8255" b="8255"/>
          <wp:wrapTight wrapText="bothSides">
            <wp:wrapPolygon edited="0">
              <wp:start x="0" y="0"/>
              <wp:lineTo x="0" y="18587"/>
              <wp:lineTo x="5008" y="21121"/>
              <wp:lineTo x="15023" y="21121"/>
              <wp:lineTo x="16025" y="20276"/>
              <wp:lineTo x="21032" y="15207"/>
              <wp:lineTo x="21032" y="0"/>
              <wp:lineTo x="0" y="0"/>
            </wp:wrapPolygon>
          </wp:wrapTight>
          <wp:docPr id="1807000229" name="Picture 2">
            <a:extLst xmlns:a="http://schemas.openxmlformats.org/drawingml/2006/main">
              <a:ext uri="{FF2B5EF4-FFF2-40B4-BE49-F238E27FC236}">
                <a16:creationId xmlns:a16="http://schemas.microsoft.com/office/drawing/2014/main" id="{95F94036-2640-C716-F3B1-79058E75A9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000229" name="Picture 2">
                    <a:extLst>
                      <a:ext uri="{FF2B5EF4-FFF2-40B4-BE49-F238E27FC236}">
                        <a16:creationId xmlns:a16="http://schemas.microsoft.com/office/drawing/2014/main" id="{95F94036-2640-C716-F3B1-79058E75A99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87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199E">
      <w:rPr>
        <w:rFonts w:cstheme="minorHAnsi"/>
        <w:noProof/>
        <w:color w:val="FF0000"/>
      </w:rPr>
      <w:drawing>
        <wp:anchor distT="0" distB="0" distL="114300" distR="114300" simplePos="0" relativeHeight="251660288" behindDoc="0" locked="0" layoutInCell="1" allowOverlap="1" wp14:anchorId="13040355" wp14:editId="1C00A075">
          <wp:simplePos x="0" y="0"/>
          <wp:positionH relativeFrom="margin">
            <wp:posOffset>4819015</wp:posOffset>
          </wp:positionH>
          <wp:positionV relativeFrom="paragraph">
            <wp:posOffset>102870</wp:posOffset>
          </wp:positionV>
          <wp:extent cx="908050" cy="376555"/>
          <wp:effectExtent l="0" t="0" r="6350" b="4445"/>
          <wp:wrapNone/>
          <wp:docPr id="1486633416" name="Obraz 1486633416" descr="Obraz zawierający tekst, Czcionka, logo, Graf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633416" name="Obraz 1486633416" descr="Obraz zawierający tekst, Czcionka, logo, Grafika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rFonts w:ascii="Open Sans" w:hAnsi="Open Sans" w:cs="Open Sans"/>
      </w:rPr>
      <w:t>Gmina</w:t>
    </w:r>
    <w:proofErr w:type="spellEnd"/>
  </w:p>
  <w:p w14:paraId="01043FF2" w14:textId="77777777" w:rsidR="006562E6" w:rsidRDefault="006562E6" w:rsidP="006562E6">
    <w:pPr>
      <w:pStyle w:val="Nagwek"/>
      <w:tabs>
        <w:tab w:val="right" w:pos="7080"/>
      </w:tabs>
      <w:rPr>
        <w:rFonts w:ascii="Open Sans" w:hAnsi="Open Sans" w:cs="Open Sans"/>
      </w:rPr>
    </w:pPr>
    <w:proofErr w:type="spellStart"/>
    <w:r>
      <w:rPr>
        <w:rFonts w:ascii="Open Sans" w:hAnsi="Open Sans" w:cs="Open Sans"/>
      </w:rPr>
      <w:t>Aleksandrów</w:t>
    </w:r>
    <w:proofErr w:type="spellEnd"/>
    <w:r>
      <w:rPr>
        <w:rFonts w:ascii="Open Sans" w:hAnsi="Open Sans" w:cs="Open Sans"/>
      </w:rPr>
      <w:t xml:space="preserve"> </w:t>
    </w:r>
  </w:p>
  <w:p w14:paraId="1B15DA8B" w14:textId="77777777" w:rsidR="006562E6" w:rsidRDefault="006562E6" w:rsidP="006562E6">
    <w:pPr>
      <w:pStyle w:val="Nagwek"/>
      <w:tabs>
        <w:tab w:val="right" w:pos="7080"/>
      </w:tabs>
      <w:rPr>
        <w:rFonts w:ascii="Open Sans" w:hAnsi="Open Sans" w:cs="Open Sans"/>
      </w:rPr>
    </w:pPr>
    <w:proofErr w:type="spellStart"/>
    <w:r>
      <w:rPr>
        <w:rFonts w:ascii="Open Sans" w:hAnsi="Open Sans" w:cs="Open Sans"/>
      </w:rPr>
      <w:t>Łódzki</w:t>
    </w:r>
    <w:proofErr w:type="spellEnd"/>
  </w:p>
  <w:p w14:paraId="306DBFBE" w14:textId="77777777" w:rsidR="006562E6" w:rsidRPr="00D76EDC" w:rsidRDefault="006562E6" w:rsidP="006562E6">
    <w:pPr>
      <w:pStyle w:val="Nagwek"/>
      <w:tabs>
        <w:tab w:val="right" w:pos="7080"/>
      </w:tabs>
      <w:rPr>
        <w:rFonts w:ascii="Open Sans" w:hAnsi="Open Sans" w:cs="Open Sans"/>
      </w:rPr>
    </w:pPr>
  </w:p>
  <w:p w14:paraId="2B388591" w14:textId="3E67108C" w:rsidR="000015AD" w:rsidRPr="006562E6" w:rsidRDefault="000015AD" w:rsidP="006562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1482232">
    <w:abstractNumId w:val="8"/>
  </w:num>
  <w:num w:numId="2" w16cid:durableId="1193497880">
    <w:abstractNumId w:val="6"/>
  </w:num>
  <w:num w:numId="3" w16cid:durableId="1085761222">
    <w:abstractNumId w:val="5"/>
  </w:num>
  <w:num w:numId="4" w16cid:durableId="540943985">
    <w:abstractNumId w:val="4"/>
  </w:num>
  <w:num w:numId="5" w16cid:durableId="1743524023">
    <w:abstractNumId w:val="7"/>
  </w:num>
  <w:num w:numId="6" w16cid:durableId="1773090098">
    <w:abstractNumId w:val="3"/>
  </w:num>
  <w:num w:numId="7" w16cid:durableId="124392678">
    <w:abstractNumId w:val="2"/>
  </w:num>
  <w:num w:numId="8" w16cid:durableId="1235168966">
    <w:abstractNumId w:val="1"/>
  </w:num>
  <w:num w:numId="9" w16cid:durableId="2052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5AD"/>
    <w:rsid w:val="00034616"/>
    <w:rsid w:val="0005146E"/>
    <w:rsid w:val="0006063C"/>
    <w:rsid w:val="00076D9C"/>
    <w:rsid w:val="0015074B"/>
    <w:rsid w:val="001868F5"/>
    <w:rsid w:val="0029639D"/>
    <w:rsid w:val="00326F90"/>
    <w:rsid w:val="003B2F82"/>
    <w:rsid w:val="004109C3"/>
    <w:rsid w:val="00473001"/>
    <w:rsid w:val="004E3F05"/>
    <w:rsid w:val="00544A88"/>
    <w:rsid w:val="005716DA"/>
    <w:rsid w:val="00621679"/>
    <w:rsid w:val="006562E6"/>
    <w:rsid w:val="00725256"/>
    <w:rsid w:val="007618B0"/>
    <w:rsid w:val="00794534"/>
    <w:rsid w:val="007B0942"/>
    <w:rsid w:val="00830E98"/>
    <w:rsid w:val="00837FB1"/>
    <w:rsid w:val="0092036D"/>
    <w:rsid w:val="00961B9F"/>
    <w:rsid w:val="00A33D98"/>
    <w:rsid w:val="00AA1D8D"/>
    <w:rsid w:val="00B47730"/>
    <w:rsid w:val="00B62163"/>
    <w:rsid w:val="00B64430"/>
    <w:rsid w:val="00CB0664"/>
    <w:rsid w:val="00D04AC2"/>
    <w:rsid w:val="00D94A83"/>
    <w:rsid w:val="00DE763A"/>
    <w:rsid w:val="00F755D9"/>
    <w:rsid w:val="00F853ED"/>
    <w:rsid w:val="00FA6A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CA3FE4"/>
  <w14:defaultImageDpi w14:val="300"/>
  <w15:docId w15:val="{13B3AEEF-7CB7-461F-9E05-61A6B1B1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A83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before="120" w:after="60"/>
    </w:pPr>
    <w:rPr>
      <w:rFonts w:ascii="Arial" w:eastAsia="Arial" w:hAnsi="Arial"/>
      <w:b/>
      <w:sz w:val="28"/>
    </w:rPr>
  </w:style>
  <w:style w:type="paragraph" w:customStyle="1" w:styleId="SectionHead">
    <w:name w:val="SectionHead"/>
    <w:pPr>
      <w:spacing w:before="120" w:after="60"/>
    </w:pPr>
    <w:rPr>
      <w:rFonts w:ascii="Arial" w:eastAsia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F81F4708F7384DA145346C4FA23912" ma:contentTypeVersion="14" ma:contentTypeDescription="Utwórz nowy dokument." ma:contentTypeScope="" ma:versionID="d03791afb0109ddba085b264e1428755">
  <xsd:schema xmlns:xsd="http://www.w3.org/2001/XMLSchema" xmlns:xs="http://www.w3.org/2001/XMLSchema" xmlns:p="http://schemas.microsoft.com/office/2006/metadata/properties" xmlns:ns2="206cc47d-e72b-4e17-903a-b6a1d095d27f" xmlns:ns3="23bbc192-a218-4577-bd4d-505bb3ef886f" targetNamespace="http://schemas.microsoft.com/office/2006/metadata/properties" ma:root="true" ma:fieldsID="e7829a1305bb8db51a14d4b58dc2c4c1" ns2:_="" ns3:_="">
    <xsd:import namespace="206cc47d-e72b-4e17-903a-b6a1d095d27f"/>
    <xsd:import namespace="23bbc192-a218-4577-bd4d-505bb3ef8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cc47d-e72b-4e17-903a-b6a1d095d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03dbf5b6-1bc3-4b03-a30b-85f2ba9d6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bc192-a218-4577-bd4d-505bb3ef88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6fb9c1-7c64-4691-800d-b9e9cf35f33f}" ma:internalName="TaxCatchAll" ma:showField="CatchAllData" ma:web="23bbc192-a218-4577-bd4d-505bb3ef8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bbc192-a218-4577-bd4d-505bb3ef886f" xsi:nil="true"/>
    <lcf76f155ced4ddcb4097134ff3c332f xmlns="206cc47d-e72b-4e17-903a-b6a1d095d27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9AD1AD-BED1-493D-9268-B976F046CC96}"/>
</file>

<file path=customXml/itemProps2.xml><?xml version="1.0" encoding="utf-8"?>
<ds:datastoreItem xmlns:ds="http://schemas.openxmlformats.org/officeDocument/2006/customXml" ds:itemID="{27D7C085-A015-482C-8E0A-FBD49B57E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DC646-14DD-44F4-8C9D-C1F7EEF17D77}">
  <ds:schemaRefs>
    <ds:schemaRef ds:uri="http://schemas.microsoft.com/office/2006/metadata/properties"/>
    <ds:schemaRef ds:uri="http://schemas.microsoft.com/office/infopath/2007/PartnerControls"/>
    <ds:schemaRef ds:uri="23bbc192-a218-4577-bd4d-505bb3ef886f"/>
    <ds:schemaRef ds:uri="206cc47d-e72b-4e17-903a-b6a1d095d27f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498</Words>
  <Characters>2991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Mackiewicz</cp:lastModifiedBy>
  <cp:revision>10</cp:revision>
  <dcterms:created xsi:type="dcterms:W3CDTF">2026-10-27T12:54:00Z</dcterms:created>
  <dcterms:modified xsi:type="dcterms:W3CDTF">2026-10-27T13:10:00Z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0x01010036F81F4708F7384DA145346C4FA23912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